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1C71E" w14:textId="1F14307B" w:rsidR="00623BEC" w:rsidRPr="0021545B" w:rsidRDefault="0021545B" w:rsidP="0021545B">
      <w:pPr>
        <w:jc w:val="center"/>
        <w:rPr>
          <w:sz w:val="28"/>
          <w:szCs w:val="28"/>
          <w:lang w:eastAsia="ja-JP"/>
        </w:rPr>
      </w:pPr>
      <w:r w:rsidRPr="0021545B">
        <w:rPr>
          <w:rFonts w:hint="eastAsia"/>
          <w:sz w:val="28"/>
          <w:szCs w:val="28"/>
          <w:lang w:eastAsia="ja-JP"/>
        </w:rPr>
        <w:t>仕</w:t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21545B">
        <w:rPr>
          <w:rFonts w:hint="eastAsia"/>
          <w:sz w:val="28"/>
          <w:szCs w:val="28"/>
          <w:lang w:eastAsia="ja-JP"/>
        </w:rPr>
        <w:t>様</w:t>
      </w:r>
      <w:r>
        <w:rPr>
          <w:rFonts w:hint="eastAsia"/>
          <w:sz w:val="28"/>
          <w:szCs w:val="28"/>
          <w:lang w:eastAsia="ja-JP"/>
        </w:rPr>
        <w:t xml:space="preserve">　</w:t>
      </w:r>
      <w:r w:rsidRPr="0021545B">
        <w:rPr>
          <w:rFonts w:hint="eastAsia"/>
          <w:sz w:val="28"/>
          <w:szCs w:val="28"/>
          <w:lang w:eastAsia="ja-JP"/>
        </w:rPr>
        <w:t>書</w:t>
      </w:r>
    </w:p>
    <w:p w14:paraId="20B426A0" w14:textId="77777777" w:rsidR="0021545B" w:rsidRPr="0021545B" w:rsidRDefault="0021545B" w:rsidP="0021545B">
      <w:pPr>
        <w:rPr>
          <w:rFonts w:hint="eastAsia"/>
          <w:lang w:eastAsia="ja-JP"/>
        </w:rPr>
      </w:pPr>
    </w:p>
    <w:tbl>
      <w:tblPr>
        <w:tblStyle w:val="afe"/>
        <w:tblW w:w="0" w:type="auto"/>
        <w:tblInd w:w="170" w:type="dxa"/>
        <w:tblLook w:val="04A0" w:firstRow="1" w:lastRow="0" w:firstColumn="1" w:lastColumn="0" w:noHBand="0" w:noVBand="1"/>
      </w:tblPr>
      <w:tblGrid>
        <w:gridCol w:w="563"/>
        <w:gridCol w:w="1845"/>
        <w:gridCol w:w="6052"/>
      </w:tblGrid>
      <w:tr w:rsidR="0021545B" w:rsidRPr="00DD78FA" w14:paraId="2A8B0F45" w14:textId="77777777" w:rsidTr="00B30A22">
        <w:trPr>
          <w:trHeight w:val="397"/>
        </w:trPr>
        <w:tc>
          <w:tcPr>
            <w:tcW w:w="566" w:type="dxa"/>
            <w:vAlign w:val="center"/>
          </w:tcPr>
          <w:p w14:paraId="70DB3BCA" w14:textId="03D201D3" w:rsidR="0021545B" w:rsidRPr="00DD78FA" w:rsidRDefault="0021545B" w:rsidP="004E3AC6">
            <w:pPr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/>
                <w:sz w:val="20"/>
              </w:rPr>
              <w:t>No.</w:t>
            </w:r>
          </w:p>
        </w:tc>
        <w:tc>
          <w:tcPr>
            <w:tcW w:w="1924" w:type="dxa"/>
            <w:vAlign w:val="center"/>
          </w:tcPr>
          <w:p w14:paraId="0A9082D9" w14:textId="6642691D" w:rsidR="0021545B" w:rsidRPr="00DD78FA" w:rsidRDefault="0021545B" w:rsidP="004E3AC6">
            <w:pPr>
              <w:jc w:val="center"/>
              <w:rPr>
                <w:rFonts w:asciiTheme="minorEastAsia" w:hAnsiTheme="minorEastAsia"/>
              </w:rPr>
            </w:pPr>
            <w:r w:rsidRPr="00DD78FA">
              <w:rPr>
                <w:rFonts w:asciiTheme="minorEastAsia" w:hAnsiTheme="minorEastAsia"/>
                <w:sz w:val="20"/>
              </w:rPr>
              <w:t>項</w:t>
            </w:r>
            <w:r>
              <w:rPr>
                <w:rFonts w:asciiTheme="minorEastAsia" w:hAnsiTheme="minorEastAsia" w:hint="eastAsia"/>
                <w:sz w:val="20"/>
                <w:lang w:eastAsia="ja-JP"/>
              </w:rPr>
              <w:t xml:space="preserve">　</w:t>
            </w:r>
            <w:r w:rsidRPr="00DD78FA">
              <w:rPr>
                <w:rFonts w:asciiTheme="minorEastAsia" w:hAnsiTheme="minorEastAsia"/>
                <w:sz w:val="20"/>
              </w:rPr>
              <w:t>目</w:t>
            </w:r>
          </w:p>
        </w:tc>
        <w:tc>
          <w:tcPr>
            <w:tcW w:w="6196" w:type="dxa"/>
            <w:vAlign w:val="center"/>
          </w:tcPr>
          <w:p w14:paraId="64F8741B" w14:textId="5681FB09" w:rsidR="0021545B" w:rsidRPr="00DD78FA" w:rsidRDefault="0021545B" w:rsidP="004E3AC6">
            <w:pPr>
              <w:jc w:val="center"/>
              <w:rPr>
                <w:rFonts w:asciiTheme="minorEastAsia" w:hAnsiTheme="minorEastAsia"/>
              </w:rPr>
            </w:pPr>
            <w:r w:rsidRPr="00DD78FA">
              <w:rPr>
                <w:rFonts w:asciiTheme="minorEastAsia" w:hAnsiTheme="minorEastAsia"/>
                <w:sz w:val="20"/>
              </w:rPr>
              <w:t>内</w:t>
            </w:r>
            <w:r>
              <w:rPr>
                <w:rFonts w:asciiTheme="minorEastAsia" w:hAnsiTheme="minorEastAsia" w:hint="eastAsia"/>
                <w:sz w:val="20"/>
                <w:lang w:eastAsia="ja-JP"/>
              </w:rPr>
              <w:t xml:space="preserve">　　　　</w:t>
            </w:r>
            <w:r w:rsidRPr="00DD78FA">
              <w:rPr>
                <w:rFonts w:asciiTheme="minorEastAsia" w:hAnsiTheme="minorEastAsia"/>
                <w:sz w:val="20"/>
              </w:rPr>
              <w:t>容</w:t>
            </w:r>
          </w:p>
        </w:tc>
      </w:tr>
      <w:tr w:rsidR="0021545B" w:rsidRPr="00DD78FA" w14:paraId="7D9B9B0C" w14:textId="77777777" w:rsidTr="00B30A22">
        <w:trPr>
          <w:trHeight w:val="563"/>
        </w:trPr>
        <w:tc>
          <w:tcPr>
            <w:tcW w:w="566" w:type="dxa"/>
          </w:tcPr>
          <w:p w14:paraId="612B9746" w14:textId="50E270A3" w:rsidR="0021545B" w:rsidRPr="00DD78FA" w:rsidRDefault="0021545B" w:rsidP="0021545B">
            <w:pPr>
              <w:jc w:val="center"/>
              <w:rPr>
                <w:rFonts w:asciiTheme="minorEastAsia" w:hAnsiTheme="minorEastAsia" w:hint="eastAsia"/>
                <w:sz w:val="20"/>
                <w:lang w:eastAsia="ja-JP"/>
              </w:rPr>
            </w:pPr>
            <w:r>
              <w:rPr>
                <w:rFonts w:asciiTheme="minorEastAsia" w:hAnsiTheme="minorEastAsia" w:hint="eastAsia"/>
                <w:sz w:val="20"/>
                <w:lang w:eastAsia="ja-JP"/>
              </w:rPr>
              <w:t>１</w:t>
            </w:r>
          </w:p>
        </w:tc>
        <w:tc>
          <w:tcPr>
            <w:tcW w:w="1924" w:type="dxa"/>
          </w:tcPr>
          <w:p w14:paraId="33D58D47" w14:textId="13123E4F" w:rsidR="0021545B" w:rsidRPr="00DD78FA" w:rsidRDefault="0021545B" w:rsidP="00B30A22">
            <w:pPr>
              <w:rPr>
                <w:rFonts w:asciiTheme="minorEastAsia" w:hAnsiTheme="minorEastAsia"/>
              </w:rPr>
            </w:pPr>
            <w:proofErr w:type="spellStart"/>
            <w:r w:rsidRPr="00DD78FA">
              <w:rPr>
                <w:rFonts w:asciiTheme="minorEastAsia" w:hAnsiTheme="minorEastAsia"/>
                <w:sz w:val="20"/>
              </w:rPr>
              <w:t>業務名</w:t>
            </w:r>
            <w:proofErr w:type="spellEnd"/>
          </w:p>
        </w:tc>
        <w:tc>
          <w:tcPr>
            <w:tcW w:w="6196" w:type="dxa"/>
          </w:tcPr>
          <w:p w14:paraId="2299B403" w14:textId="77777777" w:rsidR="0021545B" w:rsidRPr="00DD78FA" w:rsidRDefault="0021545B">
            <w:pPr>
              <w:rPr>
                <w:rFonts w:asciiTheme="minorEastAsia" w:hAnsiTheme="minorEastAsia"/>
              </w:rPr>
            </w:pPr>
            <w:r w:rsidRPr="00DD78FA">
              <w:rPr>
                <w:rFonts w:asciiTheme="minorEastAsia" w:hAnsiTheme="minorEastAsia"/>
                <w:sz w:val="20"/>
              </w:rPr>
              <w:t>●●●●●●●●●●●●●●●●●●</w:t>
            </w:r>
          </w:p>
        </w:tc>
      </w:tr>
      <w:tr w:rsidR="0021545B" w:rsidRPr="00DD78FA" w14:paraId="2595E4C9" w14:textId="77777777" w:rsidTr="00B30A22">
        <w:trPr>
          <w:trHeight w:val="684"/>
        </w:trPr>
        <w:tc>
          <w:tcPr>
            <w:tcW w:w="566" w:type="dxa"/>
          </w:tcPr>
          <w:p w14:paraId="1157B761" w14:textId="48886D1F" w:rsidR="0021545B" w:rsidRPr="00DD78FA" w:rsidRDefault="0021545B" w:rsidP="0021545B">
            <w:pPr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  <w:lang w:eastAsia="ja-JP"/>
              </w:rPr>
              <w:t>２</w:t>
            </w:r>
          </w:p>
        </w:tc>
        <w:tc>
          <w:tcPr>
            <w:tcW w:w="1924" w:type="dxa"/>
          </w:tcPr>
          <w:p w14:paraId="559811E5" w14:textId="4D134F54" w:rsidR="0021545B" w:rsidRPr="00DD78FA" w:rsidRDefault="0021545B" w:rsidP="00B30A22">
            <w:pPr>
              <w:rPr>
                <w:rFonts w:asciiTheme="minorEastAsia" w:hAnsiTheme="minorEastAsia"/>
              </w:rPr>
            </w:pPr>
            <w:proofErr w:type="spellStart"/>
            <w:r w:rsidRPr="00DD78FA">
              <w:rPr>
                <w:rFonts w:asciiTheme="minorEastAsia" w:hAnsiTheme="minorEastAsia"/>
                <w:sz w:val="20"/>
              </w:rPr>
              <w:t>業務概要</w:t>
            </w:r>
            <w:proofErr w:type="spellEnd"/>
          </w:p>
        </w:tc>
        <w:tc>
          <w:tcPr>
            <w:tcW w:w="6196" w:type="dxa"/>
          </w:tcPr>
          <w:p w14:paraId="45F365D1" w14:textId="77777777" w:rsidR="0021545B" w:rsidRPr="00DD78FA" w:rsidRDefault="0021545B">
            <w:pPr>
              <w:rPr>
                <w:rFonts w:asciiTheme="minorEastAsia" w:hAnsiTheme="minorEastAsia"/>
                <w:lang w:eastAsia="ja-JP"/>
              </w:rPr>
            </w:pPr>
            <w:r w:rsidRPr="00DD78FA">
              <w:rPr>
                <w:rFonts w:asciiTheme="minorEastAsia" w:hAnsiTheme="minorEastAsia"/>
                <w:sz w:val="20"/>
                <w:lang w:eastAsia="ja-JP"/>
              </w:rPr>
              <w:t>下記「3 規格」に沿った●●●●●●●のデザイン作成から印刷</w:t>
            </w:r>
          </w:p>
        </w:tc>
      </w:tr>
      <w:tr w:rsidR="0021545B" w:rsidRPr="00DD78FA" w14:paraId="2D053121" w14:textId="77777777" w:rsidTr="00B30A22">
        <w:trPr>
          <w:trHeight w:val="3006"/>
        </w:trPr>
        <w:tc>
          <w:tcPr>
            <w:tcW w:w="566" w:type="dxa"/>
          </w:tcPr>
          <w:p w14:paraId="6BD9EC04" w14:textId="0333977F" w:rsidR="0021545B" w:rsidRPr="00DD78FA" w:rsidRDefault="0021545B" w:rsidP="0021545B">
            <w:pPr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  <w:lang w:eastAsia="ja-JP"/>
              </w:rPr>
              <w:t>３</w:t>
            </w:r>
          </w:p>
        </w:tc>
        <w:tc>
          <w:tcPr>
            <w:tcW w:w="1924" w:type="dxa"/>
          </w:tcPr>
          <w:p w14:paraId="0276AF0B" w14:textId="7F668EF5" w:rsidR="0021545B" w:rsidRPr="00DD78FA" w:rsidRDefault="0021545B" w:rsidP="00B30A22">
            <w:pPr>
              <w:rPr>
                <w:rFonts w:asciiTheme="minorEastAsia" w:hAnsiTheme="minorEastAsia"/>
              </w:rPr>
            </w:pPr>
            <w:r w:rsidRPr="00DD78FA">
              <w:rPr>
                <w:rFonts w:asciiTheme="minorEastAsia" w:hAnsiTheme="minorEastAsia"/>
                <w:sz w:val="20"/>
              </w:rPr>
              <w:t>規</w:t>
            </w:r>
            <w:r>
              <w:rPr>
                <w:rFonts w:asciiTheme="minorEastAsia" w:hAnsiTheme="minorEastAsia" w:hint="eastAsia"/>
                <w:sz w:val="20"/>
                <w:lang w:eastAsia="ja-JP"/>
              </w:rPr>
              <w:t xml:space="preserve">　</w:t>
            </w:r>
            <w:r w:rsidRPr="00DD78FA">
              <w:rPr>
                <w:rFonts w:asciiTheme="minorEastAsia" w:hAnsiTheme="minorEastAsia"/>
                <w:sz w:val="20"/>
              </w:rPr>
              <w:t>格</w:t>
            </w:r>
          </w:p>
        </w:tc>
        <w:tc>
          <w:tcPr>
            <w:tcW w:w="6196" w:type="dxa"/>
          </w:tcPr>
          <w:p w14:paraId="1E25D911" w14:textId="77777777" w:rsidR="0021545B" w:rsidRPr="00DD78FA" w:rsidRDefault="0021545B">
            <w:pPr>
              <w:rPr>
                <w:rFonts w:asciiTheme="minorEastAsia" w:hAnsiTheme="minorEastAsia"/>
              </w:rPr>
            </w:pPr>
            <w:r w:rsidRPr="00DD78FA">
              <w:rPr>
                <w:rFonts w:asciiTheme="minorEastAsia" w:hAnsiTheme="minorEastAsia"/>
                <w:sz w:val="20"/>
                <w:lang w:eastAsia="ja-JP"/>
              </w:rPr>
              <w:t>（1）サイズ：●●●●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>（2）印刷色：●●●●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>（3）紙質：●●●●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>（4）枚数：●●●●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>（5）デザイン・レイアウトの留意点：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 xml:space="preserve">　イラストや写真などを使用し、レイアウトを作成すること。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 xml:space="preserve">　●●●●●●●の興味をひくデザインとすること。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 xml:space="preserve">　文字原稿は発注者から提供する。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 xml:space="preserve">　○○（発注者）と協議の上、作成すること。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</w:r>
            <w:r w:rsidRPr="00DD78FA">
              <w:rPr>
                <w:rFonts w:asciiTheme="minorEastAsia" w:hAnsiTheme="minorEastAsia"/>
                <w:sz w:val="20"/>
              </w:rPr>
              <w:t>（6）校正回数：●回</w:t>
            </w:r>
          </w:p>
        </w:tc>
      </w:tr>
      <w:tr w:rsidR="0021545B" w:rsidRPr="00DD78FA" w14:paraId="2CC62459" w14:textId="77777777" w:rsidTr="00B30A22">
        <w:trPr>
          <w:trHeight w:val="1682"/>
        </w:trPr>
        <w:tc>
          <w:tcPr>
            <w:tcW w:w="566" w:type="dxa"/>
          </w:tcPr>
          <w:p w14:paraId="164300E3" w14:textId="4FA04E0B" w:rsidR="0021545B" w:rsidRPr="00DD78FA" w:rsidRDefault="0021545B" w:rsidP="0021545B">
            <w:pPr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  <w:lang w:eastAsia="ja-JP"/>
              </w:rPr>
              <w:t>４</w:t>
            </w:r>
          </w:p>
        </w:tc>
        <w:tc>
          <w:tcPr>
            <w:tcW w:w="1924" w:type="dxa"/>
          </w:tcPr>
          <w:p w14:paraId="3B3A8233" w14:textId="15AD5E25" w:rsidR="0021545B" w:rsidRPr="00DD78FA" w:rsidRDefault="0021545B" w:rsidP="00B30A22">
            <w:pPr>
              <w:rPr>
                <w:rFonts w:asciiTheme="minorEastAsia" w:hAnsiTheme="minorEastAsia"/>
              </w:rPr>
            </w:pPr>
            <w:proofErr w:type="spellStart"/>
            <w:r w:rsidRPr="00DD78FA">
              <w:rPr>
                <w:rFonts w:asciiTheme="minorEastAsia" w:hAnsiTheme="minorEastAsia"/>
                <w:sz w:val="20"/>
              </w:rPr>
              <w:t>納期・納品場所</w:t>
            </w:r>
            <w:proofErr w:type="spellEnd"/>
          </w:p>
        </w:tc>
        <w:tc>
          <w:tcPr>
            <w:tcW w:w="6196" w:type="dxa"/>
          </w:tcPr>
          <w:p w14:paraId="3BAFD278" w14:textId="77777777" w:rsidR="00724826" w:rsidRDefault="0021545B">
            <w:pPr>
              <w:rPr>
                <w:rFonts w:asciiTheme="minorEastAsia" w:hAnsiTheme="minorEastAsia"/>
                <w:sz w:val="20"/>
                <w:lang w:eastAsia="ja-JP"/>
              </w:rPr>
            </w:pPr>
            <w:r w:rsidRPr="00DD78FA">
              <w:rPr>
                <w:rFonts w:asciiTheme="minorEastAsia" w:hAnsiTheme="minorEastAsia"/>
                <w:sz w:val="20"/>
                <w:lang w:eastAsia="ja-JP"/>
              </w:rPr>
              <w:t>（1）納期：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 xml:space="preserve">　</w:t>
            </w:r>
            <w:r w:rsidR="007D491E">
              <w:rPr>
                <w:rFonts w:asciiTheme="minorEastAsia" w:hAnsiTheme="minorEastAsia" w:hint="eastAsia"/>
                <w:sz w:val="20"/>
                <w:lang w:eastAsia="ja-JP"/>
              </w:rPr>
              <w:t xml:space="preserve">　　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t xml:space="preserve">ア </w:t>
            </w:r>
            <w:r w:rsidRPr="00DD78FA">
              <w:rPr>
                <w:rFonts w:asciiTheme="minorEastAsia" w:hAnsiTheme="minorEastAsia" w:hint="eastAsia"/>
                <w:sz w:val="20"/>
                <w:lang w:eastAsia="ja-JP"/>
              </w:rPr>
              <w:t xml:space="preserve">　　　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t xml:space="preserve">年 </w:t>
            </w:r>
            <w:r w:rsidRPr="00DD78FA">
              <w:rPr>
                <w:rFonts w:asciiTheme="minorEastAsia" w:hAnsiTheme="minorEastAsia" w:hint="eastAsia"/>
                <w:sz w:val="20"/>
                <w:lang w:eastAsia="ja-JP"/>
              </w:rPr>
              <w:t xml:space="preserve">　　　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t xml:space="preserve">月 </w:t>
            </w:r>
            <w:r w:rsidRPr="00DD78FA">
              <w:rPr>
                <w:rFonts w:asciiTheme="minorEastAsia" w:hAnsiTheme="minorEastAsia" w:hint="eastAsia"/>
                <w:sz w:val="20"/>
                <w:lang w:eastAsia="ja-JP"/>
              </w:rPr>
              <w:t xml:space="preserve">　　　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t>日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 xml:space="preserve">　</w:t>
            </w:r>
            <w:r w:rsidR="007D491E">
              <w:rPr>
                <w:rFonts w:asciiTheme="minorEastAsia" w:hAnsiTheme="minorEastAsia" w:hint="eastAsia"/>
                <w:sz w:val="20"/>
                <w:lang w:eastAsia="ja-JP"/>
              </w:rPr>
              <w:t xml:space="preserve">　　</w:t>
            </w:r>
          </w:p>
          <w:p w14:paraId="4EA1B5BE" w14:textId="1B41859F" w:rsidR="0021545B" w:rsidRPr="00DD78FA" w:rsidRDefault="0021545B">
            <w:pPr>
              <w:rPr>
                <w:rFonts w:asciiTheme="minorEastAsia" w:hAnsiTheme="minorEastAsia"/>
                <w:lang w:eastAsia="ja-JP"/>
              </w:rPr>
            </w:pPr>
            <w:r w:rsidRPr="00DD78FA">
              <w:rPr>
                <w:rFonts w:asciiTheme="minorEastAsia" w:hAnsiTheme="minorEastAsia"/>
                <w:sz w:val="20"/>
                <w:lang w:eastAsia="ja-JP"/>
              </w:rPr>
              <w:t xml:space="preserve">イ </w:t>
            </w:r>
            <w:r w:rsidRPr="00DD78FA">
              <w:rPr>
                <w:rFonts w:asciiTheme="minorEastAsia" w:hAnsiTheme="minorEastAsia" w:hint="eastAsia"/>
                <w:sz w:val="20"/>
                <w:lang w:eastAsia="ja-JP"/>
              </w:rPr>
              <w:t xml:space="preserve">　　　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t xml:space="preserve">年 </w:t>
            </w:r>
            <w:r w:rsidRPr="00DD78FA">
              <w:rPr>
                <w:rFonts w:asciiTheme="minorEastAsia" w:hAnsiTheme="minorEastAsia" w:hint="eastAsia"/>
                <w:sz w:val="20"/>
                <w:lang w:eastAsia="ja-JP"/>
              </w:rPr>
              <w:t xml:space="preserve">　　　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t xml:space="preserve">月 </w:t>
            </w:r>
            <w:r w:rsidRPr="00DD78FA">
              <w:rPr>
                <w:rFonts w:asciiTheme="minorEastAsia" w:hAnsiTheme="minorEastAsia" w:hint="eastAsia"/>
                <w:sz w:val="20"/>
                <w:lang w:eastAsia="ja-JP"/>
              </w:rPr>
              <w:t xml:space="preserve">　　　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t>日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>（2）納品場所・運送先：住所等の情報</w:t>
            </w:r>
            <w:r w:rsidRPr="00DD78FA">
              <w:rPr>
                <w:rFonts w:asciiTheme="minorEastAsia" w:hAnsiTheme="minorEastAsia"/>
                <w:sz w:val="20"/>
                <w:lang w:eastAsia="ja-JP"/>
              </w:rPr>
              <w:br/>
              <w:t>（3）梱包方法：○○○○○○○○○</w:t>
            </w:r>
          </w:p>
        </w:tc>
      </w:tr>
      <w:tr w:rsidR="0021545B" w:rsidRPr="00DD78FA" w14:paraId="064C3387" w14:textId="77777777" w:rsidTr="00B30A22">
        <w:trPr>
          <w:trHeight w:val="1787"/>
        </w:trPr>
        <w:tc>
          <w:tcPr>
            <w:tcW w:w="566" w:type="dxa"/>
          </w:tcPr>
          <w:p w14:paraId="5FC85DDD" w14:textId="5262B7FF" w:rsidR="0021545B" w:rsidRPr="00DD78FA" w:rsidRDefault="0021545B" w:rsidP="0021545B">
            <w:pPr>
              <w:jc w:val="center"/>
              <w:rPr>
                <w:rFonts w:asciiTheme="minorEastAsia" w:hAnsiTheme="minorEastAsia"/>
                <w:sz w:val="20"/>
                <w:lang w:eastAsia="ja-JP"/>
              </w:rPr>
            </w:pPr>
            <w:r>
              <w:rPr>
                <w:rFonts w:asciiTheme="minorEastAsia" w:hAnsiTheme="minorEastAsia" w:hint="eastAsia"/>
                <w:sz w:val="20"/>
                <w:lang w:eastAsia="ja-JP"/>
              </w:rPr>
              <w:t>５</w:t>
            </w:r>
          </w:p>
        </w:tc>
        <w:tc>
          <w:tcPr>
            <w:tcW w:w="1924" w:type="dxa"/>
          </w:tcPr>
          <w:p w14:paraId="6D94C750" w14:textId="77777777" w:rsidR="00B30A22" w:rsidRDefault="0021545B" w:rsidP="00B30A22">
            <w:pPr>
              <w:rPr>
                <w:rFonts w:asciiTheme="minorEastAsia" w:hAnsiTheme="minorEastAsia"/>
                <w:sz w:val="20"/>
                <w:lang w:eastAsia="ja-JP"/>
              </w:rPr>
            </w:pPr>
            <w:r w:rsidRPr="00DD78FA">
              <w:rPr>
                <w:rFonts w:asciiTheme="minorEastAsia" w:hAnsiTheme="minorEastAsia"/>
                <w:sz w:val="20"/>
                <w:lang w:eastAsia="ja-JP"/>
              </w:rPr>
              <w:t>著作権の取り扱い</w:t>
            </w:r>
          </w:p>
          <w:p w14:paraId="486D3A81" w14:textId="7FAF3D66" w:rsidR="0021545B" w:rsidRPr="00B30A22" w:rsidRDefault="0021545B" w:rsidP="00B30A22">
            <w:pPr>
              <w:rPr>
                <w:rFonts w:asciiTheme="minorEastAsia" w:hAnsiTheme="minorEastAsia"/>
                <w:sz w:val="20"/>
                <w:lang w:eastAsia="ja-JP"/>
              </w:rPr>
            </w:pPr>
            <w:r w:rsidRPr="00DD78FA">
              <w:rPr>
                <w:rFonts w:asciiTheme="minorEastAsia" w:hAnsiTheme="minorEastAsia"/>
                <w:sz w:val="20"/>
                <w:lang w:eastAsia="ja-JP"/>
              </w:rPr>
              <w:t>について</w:t>
            </w:r>
          </w:p>
        </w:tc>
        <w:tc>
          <w:tcPr>
            <w:tcW w:w="6196" w:type="dxa"/>
          </w:tcPr>
          <w:p w14:paraId="5DC452D7" w14:textId="77777777" w:rsidR="007D491E" w:rsidRDefault="007D491E" w:rsidP="007D491E">
            <w:pPr>
              <w:ind w:leftChars="15" w:left="600" w:hanging="567"/>
              <w:rPr>
                <w:rFonts w:asciiTheme="minorEastAsia" w:hAnsiTheme="minorEastAsia"/>
                <w:sz w:val="20"/>
                <w:lang w:eastAsia="ja-JP"/>
              </w:rPr>
            </w:pPr>
            <w:r w:rsidRPr="00F65DC4">
              <w:rPr>
                <w:rFonts w:asciiTheme="minorEastAsia" w:hAnsiTheme="minorEastAsia"/>
                <w:sz w:val="20"/>
                <w:lang w:eastAsia="ja-JP"/>
              </w:rPr>
              <w:t>（1）本業務の著作物（請負業務に基づき制作された最終成果物「○●○●」及びその制作過程で作成された、印刷データ、デザイン、原稿等の中間生成物）に係る著作権は受注者に帰属する。</w:t>
            </w:r>
          </w:p>
          <w:p w14:paraId="216A4E57" w14:textId="79C03529" w:rsidR="0021545B" w:rsidRPr="00DD78FA" w:rsidRDefault="007D491E" w:rsidP="007D491E">
            <w:pPr>
              <w:ind w:leftChars="15" w:left="600" w:hanging="567"/>
              <w:rPr>
                <w:rFonts w:asciiTheme="minorEastAsia" w:hAnsiTheme="minorEastAsia"/>
                <w:lang w:eastAsia="ja-JP"/>
              </w:rPr>
            </w:pPr>
            <w:r w:rsidRPr="00F65DC4">
              <w:rPr>
                <w:rFonts w:asciiTheme="minorEastAsia" w:hAnsiTheme="minorEastAsia"/>
                <w:sz w:val="20"/>
                <w:lang w:eastAsia="ja-JP"/>
              </w:rPr>
              <w:t>（2）本業務の著作権の取扱いについては、別途、コンテンツ版バイ・ドール契約を締結する。</w:t>
            </w:r>
          </w:p>
        </w:tc>
      </w:tr>
      <w:tr w:rsidR="0021545B" w:rsidRPr="00DD78FA" w14:paraId="2EF4AACF" w14:textId="77777777" w:rsidTr="00B30A22">
        <w:trPr>
          <w:trHeight w:val="2177"/>
        </w:trPr>
        <w:tc>
          <w:tcPr>
            <w:tcW w:w="566" w:type="dxa"/>
          </w:tcPr>
          <w:p w14:paraId="526090DB" w14:textId="4DD8A518" w:rsidR="0021545B" w:rsidRPr="00DD78FA" w:rsidRDefault="0021545B" w:rsidP="0021545B">
            <w:pPr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sz w:val="20"/>
                <w:lang w:eastAsia="ja-JP"/>
              </w:rPr>
              <w:t>６</w:t>
            </w:r>
          </w:p>
        </w:tc>
        <w:tc>
          <w:tcPr>
            <w:tcW w:w="1924" w:type="dxa"/>
          </w:tcPr>
          <w:p w14:paraId="3461864E" w14:textId="7E206834" w:rsidR="0021545B" w:rsidRPr="00DD78FA" w:rsidRDefault="0021545B" w:rsidP="00B30A22">
            <w:pPr>
              <w:rPr>
                <w:rFonts w:asciiTheme="minorEastAsia" w:hAnsiTheme="minorEastAsia"/>
              </w:rPr>
            </w:pPr>
            <w:proofErr w:type="spellStart"/>
            <w:r w:rsidRPr="00DD78FA">
              <w:rPr>
                <w:rFonts w:asciiTheme="minorEastAsia" w:hAnsiTheme="minorEastAsia"/>
                <w:sz w:val="20"/>
              </w:rPr>
              <w:t>その他</w:t>
            </w:r>
            <w:proofErr w:type="spellEnd"/>
          </w:p>
        </w:tc>
        <w:tc>
          <w:tcPr>
            <w:tcW w:w="6196" w:type="dxa"/>
          </w:tcPr>
          <w:p w14:paraId="1C6A2406" w14:textId="77777777" w:rsidR="0021545B" w:rsidRPr="00DD78FA" w:rsidRDefault="0021545B">
            <w:pPr>
              <w:rPr>
                <w:rFonts w:asciiTheme="minorEastAsia" w:hAnsiTheme="minorEastAsia"/>
              </w:rPr>
            </w:pPr>
          </w:p>
        </w:tc>
      </w:tr>
    </w:tbl>
    <w:p w14:paraId="7B499C9D" w14:textId="77777777" w:rsidR="00DA5E4D" w:rsidRPr="00DD78FA" w:rsidRDefault="00DA5E4D">
      <w:pPr>
        <w:rPr>
          <w:rFonts w:asciiTheme="minorEastAsia" w:hAnsiTheme="minorEastAsia"/>
        </w:rPr>
      </w:pPr>
    </w:p>
    <w:sectPr w:rsidR="00DA5E4D" w:rsidRPr="00DD78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7B682" w14:textId="77777777" w:rsidR="003410FA" w:rsidRDefault="003410FA" w:rsidP="002B5EA4">
      <w:pPr>
        <w:spacing w:after="0" w:line="240" w:lineRule="auto"/>
      </w:pPr>
      <w:r>
        <w:separator/>
      </w:r>
    </w:p>
  </w:endnote>
  <w:endnote w:type="continuationSeparator" w:id="0">
    <w:p w14:paraId="526CDD2D" w14:textId="77777777" w:rsidR="003410FA" w:rsidRDefault="003410FA" w:rsidP="002B5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32B6" w14:textId="77777777" w:rsidR="003410FA" w:rsidRDefault="003410FA" w:rsidP="002B5EA4">
      <w:pPr>
        <w:spacing w:after="0" w:line="240" w:lineRule="auto"/>
      </w:pPr>
      <w:r>
        <w:separator/>
      </w:r>
    </w:p>
  </w:footnote>
  <w:footnote w:type="continuationSeparator" w:id="0">
    <w:p w14:paraId="79F041B4" w14:textId="77777777" w:rsidR="003410FA" w:rsidRDefault="003410FA" w:rsidP="002B5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82148F"/>
    <w:multiLevelType w:val="hybridMultilevel"/>
    <w:tmpl w:val="E6E43BF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88394238">
    <w:abstractNumId w:val="8"/>
  </w:num>
  <w:num w:numId="2" w16cid:durableId="1502115575">
    <w:abstractNumId w:val="6"/>
  </w:num>
  <w:num w:numId="3" w16cid:durableId="809790849">
    <w:abstractNumId w:val="5"/>
  </w:num>
  <w:num w:numId="4" w16cid:durableId="686980984">
    <w:abstractNumId w:val="4"/>
  </w:num>
  <w:num w:numId="5" w16cid:durableId="461846263">
    <w:abstractNumId w:val="7"/>
  </w:num>
  <w:num w:numId="6" w16cid:durableId="1429541741">
    <w:abstractNumId w:val="3"/>
  </w:num>
  <w:num w:numId="7" w16cid:durableId="1014956888">
    <w:abstractNumId w:val="2"/>
  </w:num>
  <w:num w:numId="8" w16cid:durableId="1170944490">
    <w:abstractNumId w:val="1"/>
  </w:num>
  <w:num w:numId="9" w16cid:durableId="468519667">
    <w:abstractNumId w:val="0"/>
  </w:num>
  <w:num w:numId="10" w16cid:durableId="21010195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545B"/>
    <w:rsid w:val="0026615E"/>
    <w:rsid w:val="0029639D"/>
    <w:rsid w:val="002B5EA4"/>
    <w:rsid w:val="00326F90"/>
    <w:rsid w:val="003410FA"/>
    <w:rsid w:val="004E3AC6"/>
    <w:rsid w:val="004F200A"/>
    <w:rsid w:val="00623BEC"/>
    <w:rsid w:val="00724826"/>
    <w:rsid w:val="007D491E"/>
    <w:rsid w:val="00A73EDB"/>
    <w:rsid w:val="00A75C05"/>
    <w:rsid w:val="00AA1D8D"/>
    <w:rsid w:val="00B30A22"/>
    <w:rsid w:val="00B47730"/>
    <w:rsid w:val="00CB0664"/>
    <w:rsid w:val="00DA5E4D"/>
    <w:rsid w:val="00DD78FA"/>
    <w:rsid w:val="00E10C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09521"/>
  <w14:defaultImageDpi w14:val="300"/>
  <w15:docId w15:val="{E6954AB0-2BDC-4360-80D7-90D0E7DE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克治 江森</cp:lastModifiedBy>
  <cp:revision>3</cp:revision>
  <cp:lastPrinted>2025-10-29T02:42:00Z</cp:lastPrinted>
  <dcterms:created xsi:type="dcterms:W3CDTF">2025-10-29T02:41:00Z</dcterms:created>
  <dcterms:modified xsi:type="dcterms:W3CDTF">2025-10-29T02:42:00Z</dcterms:modified>
  <cp:category/>
</cp:coreProperties>
</file>